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여행 전 준비물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여행기간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준비분류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필요여부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여권·비자·입국·운송 규정은 목적지와 운송사의 공식 안내를 확인하세요. 일반 준비표를 자격 확인으로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여행 전 준비물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