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단체 예약명단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예약묶음번호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참여인원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객실배정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교통배정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예약상태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DEMO-TOUR01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여행자가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2명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객실그룹A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이동그룹B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업체 회신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예약명단은 여권·항공권 발권용 공식 정보 수집 양식이나 여행 동의서를 대신하지 않습니다. 업체가 실제 요구하는 필수 정보는 별도 안전한 경로로 전달하고 명단 전체를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단체 예약명단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