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하우스키핑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작업일시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객실별칭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정리항목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남은요청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전달기록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하우스키핑 표는 객실의 위생·안전 적합이나 사용 가능 승인을 보증하지 않습니다. 숙소의 실제 청소·분실물·시설 문의 절차를 따르고 이용자 물품이나 개인정보를 일반 업무표에 공개하지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하우스키핑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