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숙박시설 예약신청서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신청관리번호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DEMO-STAYREQ01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숙박희망일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11월 7~8일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이용인원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2명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객실요청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계단 적은 객실 문의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도착예정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16시 전후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가능 여부 회신 대기</w:t>
            </w:r>
          </w:p>
        </w:tc>
      </w:tr>
    </w:tbl>
    <w:p>
      <w:r>
        <w:t>예약신청서는 숙박계약·결제 완료·예약 확정을 보장하지 않습니다. 실제 숙소의 인원·입퇴실·변경·취소 안내를 별도로 확인하고 신원 확인 정보는 필요한 공식 경로에서만 전달하세요.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숙박시설 예약신청서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