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비상대피훈련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훈련일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훈련장소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시나리오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참여현황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발견사항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개선계획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사무실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대피 경로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현장 기록 기준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안내표지 확인 어려움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표지 위치 점검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안전담당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훈련 결과를 실제 재난 상황의 안전 보장으로 표현하지 마세요. 시설별 공식 피난 계획을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비상대피훈련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