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안전보호구 지급대장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지급일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지급대상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보호구명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규격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수량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지급담당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수령확인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2026-10-14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가상 작업인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작업용 보호장갑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현장 기준 참조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1쌍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가상 담당인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실제 수령 후 확인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지급 기록이 보호구의 적합성·착용·안전성을 모두 보증하지 않습니다. 작업 위험에 맞는 기준을 따르세요.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안전보호구 지급대장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