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작업전 안전회의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회의일시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주요위험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공유조치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참석확인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미해결사항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회의 기록만으로 위험성평가나 법정 안전조치가 완료됐다고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작업전 안전회의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