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안전교육 참석확인서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교육일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실제참여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참석 기록만으로 법정 교육의 시간·내용·강사 요건을 충족했다고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안전교육 참석확인서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