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친환경 구매내역표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구매건번호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제품모델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판매표시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구매 G-023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보관상자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재생원료 사용 안내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제품자료 v2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10개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지급자료 P-023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보조표는 제품의 환경성·인증 유효성이나 공공구매 실적 인정 여부를 보증하지 않습니다. 필요한 인증·표지·제도 적용 기준은 해당 공식 발급·관리기관의 현재 자료로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친환경 구매내역표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