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악취피해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지속시간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냄새특징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기상관찰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생활영향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유해가스가 의심되거나 신체 이상이 있으면 안전한 곳으로 이동하고 적절한 도움을 받으세요. 냄새만으로 농도를 추정하지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악취피해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