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청소위생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조치담당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조치기한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재확인결과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세척·소독 제품의 표시사항과 사용 방법을 따르세요. 눈에 보이는 청결만으로 위생 안전을 확정하지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청소위생 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