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침수피해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11월 22일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피해구역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창고 1구역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포장상자 8개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바닥 젖음·외관 오염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사진 W-01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담당 확인 대기</w:t>
            </w:r>
          </w:p>
        </w:tc>
      </w:tr>
    </w:tbl>
    <w:p>
      <w:r>
        <w:t>인명·전기·구조 위험이 있으면 현장 접근보다 관계기관과 현장 책임자의 대응을 우선합니다. 이 기록은 안전 확인·손해사정·지원 자격을 판정하지 않으며 위험한 재진입을 위한 점검표가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침수피해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