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이사 당일 점검표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이사일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작업단계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점검대상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확인내용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담당자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완료여부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특이사항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반출 전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가전제품 외관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전원·파손 상태 촬영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가상 담당인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확인 중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냉장고 선반 별도 포장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계약한 작업 범위와 현장에서 추가 요청한 작업을 구분하고, 추가 비용은 작업 전에 협의 내용을 남기세요.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이사 당일 점검표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