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입주 전 하자점검표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점검부위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거실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창틀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우측 실리콘 들뜸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DEMO-H01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보수 가능 일정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안전 위험이 있는 전기·가스 설비는 직접 분해하지 마세요. 점검표는 전문 안전점검을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입주 전 하자점검표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