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물품 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수량만 적고 모델명·구성품·파손 여부를 빼면 같은 물건인지 확인하기 어렵습니다.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 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