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사실확인서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사실일자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추측이나 다른 사람에게 전해 들은 말을 직접 확인한 사실처럼 쓰지 마세요. 제출처가 지정한 양식이 있으면 그것을 먼저 사용합니다.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사실확인서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