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지원사업 증빙목록표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사업명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지역지원사업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요구항목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집행 증빙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자료번호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DEMO-SUP01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보유자료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구매 영수증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원본여부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원본 보유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제출상태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검토 중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보완사항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거래내역 대조</w:t>
            </w:r>
          </w:p>
        </w:tc>
      </w:tr>
    </w:tbl>
    <w:p>
      <w:r>
        <w:t>사업마다 인정 비용과 제출 형식이 다릅니다. 이 표를 지정 정산서로 대신 제출하지 마세요.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지원사업 증빙목록표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