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달력형 예약관리표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예약대상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예약표시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2026-11-02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14시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16시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회의실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모임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가예약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2026-10-21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예약담당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가예약을 확정으로 안내하지 마세요. 앞뒤 준비·정리 시간과 취소 조건도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달력형 예약관리표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