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전화상담 메모지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통화일시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문의유형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요청요약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회신예정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전달담당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인증번호·비밀번호·계좌정보를 메모하지 마세요. 전달이 끝나면 조직의 보관 기준을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전화상담 메모지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