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통신비 지출관리표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회선표시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기본요금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할인·조정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추가이용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통신 요금제 추천이나 할인 자격을 자동 판단하는 표가 아닙니다. 미확인 결제·약정·변경 조건은 통신사 공식 경로에서 확인하고 인증번호·고객 비밀번호를 기록하지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통신비 지출관리표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