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반려동물 예방접종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동물별칭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자료표기명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반려동물 별B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2026-09-20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병원기록 표기 그대로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동물병원A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DEMO-PETVAC01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기록 원문 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동물병원 발급 접종증명서나 예방접종 일정을 대신하지 않습니다. 종류·횟수·추가 접종 여부는 수의사에게 확인하고 예시 날짜나 문구를 접종 지침으로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예방접종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