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정기모임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모임이름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모임일시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모임장소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이번활동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안내문은 회칙 변경·회비 부과·시설 사용 허가를 대신하지 않습니다. 참석 회신이 없는 회원을 참석이나 비용 동의로 보지 말고 공개 안내에서는 개인 연락처와 출입 정보를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정기모임 안내문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