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해외바이어 주문서 Purchase Order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Order reference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Buyer and supplier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Item specification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Quantity and unit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Price and currency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Delivery reference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해외거래의 계약·통관·세금·인도조건 해석은 실제 약정과 담당기관의 기준을 확인해야 합니다. 이 일반 주문서가 상업송장·통관 신고서나 법률 검토를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해외바이어 주문서 Purchase Order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