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포장명세서 Packing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Date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Reference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DEMO-PACK01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Package number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 of 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Description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Sample storage boxes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Quantity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Net weight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 kg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Gross weight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12 kg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Dimensions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 x 40 x 30 cm</w:t>
            </w:r>
          </w:p>
        </w:tc>
      </w:tr>
    </w:tbl>
    <w:p>
      <w:r>
        <w:t>중량·치수는 실제 측정하고 단위를 표시하세요. 통관 적합성이나 품목 분류를 이 표로 확정하지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포장명세서 Packing List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