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영문 견적서 Quotation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Quotation date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2026-10-14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Quotation No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DEMO-QUO01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Supplier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Fictional Supplier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Customer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Fictional Customer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Item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Storage box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Quantity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10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Unit price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Currency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USD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Valid until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2026-10-31</w:t>
            </w:r>
          </w:p>
        </w:tc>
      </w:tr>
    </w:tbl>
    <w:p>
      <w:r>
        <w:t>운송비·관세 등을 임의로 포함 또는 제외했다고 가정하지 마세요. 거래 조건은 상대방과 확인한 표현으로 씁니다.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영문 견적서 Quotation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