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영문 영수증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Date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Received from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Received by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Currency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Amount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Purpose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Payment method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통화 코드를 금액과 함께 적고, 이름은 거래 상대방이 확인한 표기를 사용하세요. 해외 제출처의 별도 공증·인증 요건은 따로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영문 영수증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