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예방접종 기록표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기록대상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접종일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자료표기명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확인기관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원자료번호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표는 예방접종증명서나 접종 일정 안내를 대신하지 않습니다. 접종 대상·시기·횟수·추가 접종 여부는 의료기관의 실제 안내를 확인하고 예시를 접종 지침으로 사용하지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예방접종 기록표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