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PT 수업기록지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수업일시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실제활동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수행메모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본인소감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수업기록은 운동 처방·체력 진단·의료 상담을 대신하지 않습니다. 예시 활동·횟수로 운동 계획을 정하지 말고 불편이나 우려가 있을 때 기록 작성보다 적절한 담당자 문의를 우선하세요.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 수업기록지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