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가족 돌봄 일정표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돌봄날짜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시간구간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생활지원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담당별칭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대체연락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변경메모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가족 일정표는 요양서비스 제공계획이나 의료 지시가 아닙니다. 전문 지원이 필요한 상황을 가족 일정만으로 대체하지 말고 기관의 실제 절차·계획과 구분해 사용하세요.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가족 돌봄 일정표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