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프로그램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시간의견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좋았던점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조사서는 프로그램의 치료 효과나 건강 상태 개선을 측정하는 도구가 아닙니다. 참여자의 응답 선택을 존중하고 작은 집단에서 개인을 알아볼 수 있는 서술은 공유 전에 가려야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프로그램 만족도 조사서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