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질의서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문의주제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공공자료 이용 절차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확인배경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공개 안내에서 제출 방법이 불명확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참고안내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기관 안내문 DEMO-QA01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핵심질문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일반 이용자가 먼저 확인할 창구는 어디인지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희망회신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공식 신청 경로와 안내자료 위치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제출경로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담당 기관의 공식 문의 창구 확인 예정</w:t>
            </w:r>
          </w:p>
        </w:tc>
      </w:tr>
    </w:tbl>
    <w:p>
      <w:r>
        <w:t>일반적인 절차 문의용 초안이며 이의신청·행정심판·법정 기한 보전을 대신하지 않습니다. 기관 지정 양식을 우선 사용하고 개별 사건의 권리 판단이나 유권해석을 보장하는 문서로 사용하지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질의서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