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아기 수유일지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수유일시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수유구분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소요시간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관찰메모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 09시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병 수유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기록 60mL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15분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중간에 한 번 쉼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보호자가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수유일지는 적정 섭취량·간격을 계산하거나 건강 상태를 진단하는 도구가 아닙니다. 예시량을 따라 수유하지 말고 우려되는 변화는 기록과 함께 담당 의료진에게 문의하세요.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아기 수유일지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