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결혼준비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준비분야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마감일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목록은 준비 진행을 돕는 자료이며 예식 계약이나 취소 조건을 대신하지 않습니다. 업체 비용·일정 변경은 실제 계약 문서와 업체 안내에서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결혼준비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