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부모님 병원 동행기록지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동행일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동행역할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동행 기록은 진단·치료·투약 지시나 진료사실증명서를 대신하지 않습니다. 진료 정보를 가족과 공유할 때 당사자의 의사를 확인하고 필요한 최소한의 행정·이동 정보만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부모님 병원 동행기록지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