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팀 참가명단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대회식별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팀식별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선수식별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경기역할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명단확인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친선 행사 운영용 명단이며 선수 자격·보험 가입·건강 상태를 증명하지 않습니다. 대회 지정 양식과 자격 확인 절차를 우선하고, 주민번호·진단정보·개인 연락처를 공개 명단에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 참가명단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