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행사 설문조사표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대상행사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참여구분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안내경험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운영평가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좋았던점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개선제안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설문은 운영 개선을 위한 의견 수집용입니다. 별도 근거 없이 연락처·연령 등 개인 정보를 필수로 요구하지 않고, 불만 내용을 제3자가 알아볼 수 있는 형태로 공개하지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행사 설문조사표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