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책 소개·토론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참여현황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기록 기준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증빙 집계 후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 동선 혼잡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안내 표지 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운영인</w:t>
            </w:r>
          </w:p>
        </w:tc>
      </w:tr>
    </w:tbl>
    <w:p>
      <w:r>
        <w:t>참석자 명단과 사진을 보고서에 공개할 때에는 목적과 공개 가능 범위를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결과보고서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