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행사 스태프 근무표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행사일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시간대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구역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담당자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담당업무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대체담당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연락경로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2026-11-02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13시~15시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입구 접수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담당가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참석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담당나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운영팀 지정 채널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개인 연락처를 공개 게시하지 마세요. 예상 참여 인원과 현장 동선을 고려해 업무를 배치합니다.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행사 스태프 근무표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