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행사 진행표 큐시트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순서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시작시각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소요시간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프로그램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진행자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화면자료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음향신호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대기사항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1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14시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5분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개회 안내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진행인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안내 슬라이드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마이크 확인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다음 발표자 준비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주요 운영자에게 동일한 최종본을 전달하세요. 변경된 순서를 구버전에만 남기지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진행표 큐시트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