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sz w:val="16"/>
        </w:rPr>
        <w:t>DDORAN FORMS / 빈 양식 / v1.0.0</w:t>
      </w:r>
    </w:p>
    <w:p>
      <w:pPr>
        <w:jc w:val="center"/>
      </w:pPr>
      <w:r>
        <w:rPr>
          <w:b/>
          <w:sz w:val="40"/>
        </w:rPr>
        <w:t>행사 진행표 큐시트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233"/>
        <w:gridCol w:w="1233"/>
        <w:gridCol w:w="1233"/>
        <w:gridCol w:w="1233"/>
        <w:gridCol w:w="1233"/>
        <w:gridCol w:w="1233"/>
        <w:gridCol w:w="1233"/>
        <w:gridCol w:w="1233"/>
      </w:tblGrid>
      <w:tr>
        <w:tc>
          <w:tcPr>
            <w:tcW w:type="dxa" w:w="1233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순서</w:t>
            </w:r>
          </w:p>
        </w:tc>
        <w:tc>
          <w:tcPr>
            <w:tcW w:type="dxa" w:w="1233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시작시각</w:t>
            </w:r>
          </w:p>
        </w:tc>
        <w:tc>
          <w:tcPr>
            <w:tcW w:type="dxa" w:w="1233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소요시간</w:t>
            </w:r>
          </w:p>
        </w:tc>
        <w:tc>
          <w:tcPr>
            <w:tcW w:type="dxa" w:w="1233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프로그램</w:t>
            </w:r>
          </w:p>
        </w:tc>
        <w:tc>
          <w:tcPr>
            <w:tcW w:type="dxa" w:w="1233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진행자</w:t>
            </w:r>
          </w:p>
        </w:tc>
        <w:tc>
          <w:tcPr>
            <w:tcW w:type="dxa" w:w="1233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화면자료</w:t>
            </w:r>
          </w:p>
        </w:tc>
        <w:tc>
          <w:tcPr>
            <w:tcW w:type="dxa" w:w="1233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음향신호</w:t>
            </w:r>
          </w:p>
        </w:tc>
        <w:tc>
          <w:tcPr>
            <w:tcW w:type="dxa" w:w="1233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대기사항</w:t>
            </w:r>
          </w:p>
        </w:tc>
      </w:tr>
      <w:tr>
        <w:trPr>
          <w:trHeight w:val="567"/>
        </w:trPr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</w:tbl>
    <w:p>
      <w:r>
        <w:t>주요 운영자에게 동일한 최종본을 전달하세요. 변경된 순서를 구버전에만 남기지 않습니다.</w:t>
      </w:r>
    </w:p>
    <w:p>
      <w:r>
        <w:t>확인자 ____________________    서명 또는 날인 ____________________</w:t>
      </w:r>
    </w:p>
    <w:sectPr w:rsidR="00FC693F" w:rsidRPr="0006063C" w:rsidSect="00034616">
      <w:pgSz w:w="11906" w:h="16838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NanumGothic" w:hAnsi="NanumGothic" w:eastAsia="NanumGothic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행사 진행표 큐시트</dc:title>
  <dc:subject>빈 양식</dc:subject>
  <dc:creator>도란서식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