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행사명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마을 책나눔 행사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2026-11-07 14~16시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문화관 1층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참가대상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사전 신청한 지역 주민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나눔 책 2권, 개인 가방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신청·변경안내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운영창구로 전날 확인</w:t>
            </w:r>
          </w:p>
        </w:tc>
      </w:tr>
    </w:tbl>
    <w:p>
      <w:r>
        <w:t>가상 장소나 신청 경로를 실제 행사 공지에 그대로 사용하지 마세요. 공개 안내문에 참가자 명단·개인 연락처를 넣지 않고 비용·취소 조건은 운영자가 확인한 내용만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안내문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