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직원 만족도 조사서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조사주제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업무자료와 협업 지원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응답방식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자발적 응답·개인식별 수집 안 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만족항목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접근·업무 안내·협업 소통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응답척도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불편·보통·도움됨·해당 없음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자료의 최신 버전을 찾기 쉽게 표시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활용안내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종합 의견으로 개선 과제 검토</w:t>
            </w:r>
          </w:p>
        </w:tc>
      </w:tr>
    </w:tbl>
    <w:p>
      <w:r>
        <w:t>만족도 응답을 개인 성과나 인사상 불이익의 자동 근거로 사용하지 마세요. 실제로 식별 정보가 남는 설문을 익명이라고 안내하지 말고, 소수 인원의 자유 의견은 재식별 가능성을 검토한 뒤 공유합니다.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 만족도 조사서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