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업무분장표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업무영역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처리주기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협업사항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한 업무에 담당자 이름만 여러 명 나열하지 말고 누가 시작하고 누가 확인하는지 구분하세요.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업무분장표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