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표창추천서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표창분야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주요공적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조직 내부의 일반 표창 추천틀이며 정부포상·법정 공적조서의 지정 양식을 대신하지 않습니다. 공적의 수치와 역할은 실제 자료로 확인하고 추천이 선정이나 보상을 확정한다는 표현은 피하세요.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표창추천서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