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승진추천서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검토대상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구성원 A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추천역할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자료운영 선임 역할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기존기여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검토 절차 안내 자료를 정리함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적합성사례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신규 담당자에게 절차를 설명한 사례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필요지원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업무 배분과 판단 기준 교육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추천범위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내부 검토 의견·확정 아님</w:t>
            </w:r>
          </w:p>
        </w:tc>
      </w:tr>
    </w:tbl>
    <w:p>
      <w:r>
        <w:t>내부 검토용 추천 초안이며 승진·보수 변경을 보장하지 않습니다. 근속·성과 등 실제 회사 기준을 확인하고 차별적인 사유나 확인되지 않은 평판을 근거로 삼지 마세요. 최종 인사 결정은 별도입니다.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승진추천서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