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승진추천서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검토대상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기존기여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적합성사례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내부 검토용 추천 초안이며 승진·보수 변경을 보장하지 않습니다. 근속·성과 등 실제 회사 기준을 확인하고 차별적인 사유나 확인되지 않은 평판을 근거로 삼지 마세요. 최종 인사 결정은 별도입니다.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승진추천서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