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직원면담 기록지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면담일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논의주제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구성원의견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지원할일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후속담당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다음확인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면담을 강제적인 진술 수집이나 의료·가족정보 조사로 사용하지 마세요. 고충·피해 신고나 인사상 조치가 필요한 사안은 일반 업무 면담과 분리하여 담당 절차와 접근 권한을 확인해야 합니다.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직원면담 기록지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