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동료평가표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협업구간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관찰한행동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업무상도움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공유범위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인기투표나 인격 평가로 사용하지 마세요. 익명성은 실제 운영 방법을 확인한 뒤 안내하고, 특정 동료를 겨냥한 모욕·추측·건강정보를 넣지 않습니다. 인사 판단과 연결한다면 담당 절차를 별도로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동료평가표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