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역량평가표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대상직무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역량항목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관찰행동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성장과제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재확인방법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표는 일반 성장 대화를 돕는 자료이며 사람의 능력이나 인격을 확정하는 검사가 아닙니다. 인사상 불이익을 자동 결정하지 말고, 평가 대상자의 의견과 관찰 기회의 차이를 함께 고려하세요.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역량평가표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