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직무기술서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직무명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운영지원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직무목적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업무자료의 정확한 관리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주요책임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접수·분류·보관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협업부서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각 사업팀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필요역량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문서작성·일정관리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월간 현황표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검토주기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업무 변경 시</w:t>
            </w:r>
          </w:p>
        </w:tc>
      </w:tr>
    </w:tbl>
    <w:p>
      <w:r>
        <w:t>현직 담당자의 업무를 관찰하고 과도한 책임이나 권한 공백이 없는지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직무기술서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